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4B66E" w14:textId="503104BA" w:rsidR="2F2A9812" w:rsidRDefault="2F2A9812" w:rsidP="2F2A9812">
      <w:pPr>
        <w:jc w:val="center"/>
        <w:rPr>
          <w:rFonts w:ascii="Aptos Display" w:hAnsi="Aptos Display"/>
          <w:b/>
          <w:bCs/>
          <w:color w:val="365F91" w:themeColor="accent1" w:themeShade="BF"/>
          <w:sz w:val="36"/>
          <w:szCs w:val="36"/>
        </w:rPr>
      </w:pPr>
    </w:p>
    <w:p w14:paraId="53A577BB" w14:textId="7C2D959A" w:rsidR="37D2726D" w:rsidRDefault="37D2726D" w:rsidP="2F2A9812">
      <w:pPr>
        <w:jc w:val="center"/>
      </w:pPr>
      <w:r>
        <w:rPr>
          <w:noProof/>
        </w:rPr>
        <w:drawing>
          <wp:inline distT="0" distB="0" distL="0" distR="0" wp14:anchorId="56AA828E" wp14:editId="53154317">
            <wp:extent cx="6477000" cy="1409700"/>
            <wp:effectExtent l="0" t="0" r="0" b="0"/>
            <wp:docPr id="11993792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379278" name="Picture 119937927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5B252" w14:textId="77777777" w:rsidR="009A5796" w:rsidRDefault="00EC512D">
      <w:pPr>
        <w:jc w:val="center"/>
      </w:pPr>
      <w:r>
        <w:rPr>
          <w:rFonts w:ascii="Aptos Display" w:hAnsi="Aptos Display"/>
          <w:b/>
          <w:color w:val="365F91"/>
          <w:sz w:val="36"/>
        </w:rPr>
        <w:t>Building Safety Levy Information</w:t>
      </w:r>
      <w:r>
        <w:rPr>
          <w:rFonts w:ascii="Aptos Display" w:hAnsi="Aptos Display"/>
          <w:b/>
          <w:color w:val="365F91"/>
          <w:sz w:val="36"/>
        </w:rPr>
        <w:br/>
        <w:t>(Application Stage)</w:t>
      </w:r>
    </w:p>
    <w:p w14:paraId="5ADF3238" w14:textId="77777777" w:rsidR="009A5796" w:rsidRDefault="00EC512D">
      <w:pPr>
        <w:spacing w:after="160"/>
        <w:jc w:val="center"/>
      </w:pPr>
      <w:r>
        <w:rPr>
          <w:i/>
          <w:sz w:val="18"/>
        </w:rPr>
        <w:t>To be submitted with the relevant building control application with full plans or initial notice. Complete all applicable sections.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7"/>
      </w:tblGrid>
      <w:tr w:rsidR="009A5796" w14:paraId="0E3F14CD" w14:textId="77777777" w:rsidTr="2F2A9812">
        <w:trPr>
          <w:jc w:val="center"/>
        </w:trPr>
        <w:tc>
          <w:tcPr>
            <w:tcW w:w="2835" w:type="dxa"/>
            <w:shd w:val="clear" w:color="auto" w:fill="D9EA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89992A" w14:textId="77777777" w:rsidR="009A5796" w:rsidRDefault="00EC512D">
            <w:r>
              <w:rPr>
                <w:b/>
                <w:sz w:val="19"/>
              </w:rPr>
              <w:t>Building control route</w:t>
            </w:r>
          </w:p>
        </w:tc>
        <w:tc>
          <w:tcPr>
            <w:tcW w:w="62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E69F80" w14:textId="25CE0C85" w:rsidR="009A5796" w:rsidRDefault="00EC7ACC">
            <w:sdt>
              <w:sdtPr>
                <w:alias w:val="route_0"/>
                <w:tag w:val="route_0"/>
                <w:id w:val="735875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E02D67E" w:rsidRPr="2F2A9812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5E02D67E" w:rsidRPr="2F2A9812">
              <w:rPr>
                <w:szCs w:val="20"/>
              </w:rPr>
              <w:t xml:space="preserve"> Full plans (local authority)</w:t>
            </w:r>
          </w:p>
          <w:p w14:paraId="44B34E79" w14:textId="77777777" w:rsidR="009A5796" w:rsidRDefault="00EC7ACC">
            <w:sdt>
              <w:sdtPr>
                <w:alias w:val="route_1"/>
                <w:tag w:val="route_1"/>
                <w:id w:val="1495784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12D">
                  <w:t>☐</w:t>
                </w:r>
              </w:sdtContent>
            </w:sdt>
            <w:r w:rsidR="00EC512D">
              <w:t xml:space="preserve"> Full plans (regulator as BCA - section 91ZB)</w:t>
            </w:r>
          </w:p>
          <w:p w14:paraId="026876D2" w14:textId="77777777" w:rsidR="009A5796" w:rsidRDefault="00EC7ACC">
            <w:sdt>
              <w:sdtPr>
                <w:alias w:val="route_2"/>
                <w:tag w:val="route_2"/>
                <w:id w:val="140475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12D">
                  <w:t>☐</w:t>
                </w:r>
              </w:sdtContent>
            </w:sdt>
            <w:r w:rsidR="00EC512D">
              <w:t xml:space="preserve"> Initial notice (RBCA)</w:t>
            </w:r>
          </w:p>
          <w:p w14:paraId="43DCD78F" w14:textId="77777777" w:rsidR="009A5796" w:rsidRDefault="00EC7ACC">
            <w:sdt>
              <w:sdtPr>
                <w:alias w:val="route_3"/>
                <w:tag w:val="route_3"/>
                <w:id w:val="826690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12D">
                  <w:t>☐</w:t>
                </w:r>
              </w:sdtContent>
            </w:sdt>
            <w:r w:rsidR="00EC512D">
              <w:t xml:space="preserve"> HRB application</w:t>
            </w:r>
          </w:p>
        </w:tc>
      </w:tr>
      <w:tr w:rsidR="009A5796" w14:paraId="44509F6C" w14:textId="77777777" w:rsidTr="2F2A9812">
        <w:trPr>
          <w:jc w:val="center"/>
        </w:trPr>
        <w:tc>
          <w:tcPr>
            <w:tcW w:w="2835" w:type="dxa"/>
            <w:shd w:val="clear" w:color="auto" w:fill="D9EA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9851F1" w14:textId="77777777" w:rsidR="009A5796" w:rsidRDefault="00EC512D">
            <w:r>
              <w:rPr>
                <w:b/>
                <w:sz w:val="19"/>
              </w:rPr>
              <w:t>Application reference / ID</w:t>
            </w:r>
          </w:p>
        </w:tc>
        <w:tc>
          <w:tcPr>
            <w:tcW w:w="62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C1E2EA" w14:textId="77777777" w:rsidR="009A5796" w:rsidRDefault="00EC7ACC">
            <w:sdt>
              <w:sdtPr>
                <w:alias w:val="header_1"/>
                <w:tag w:val="header_1"/>
                <w:id w:val="1006362061"/>
                <w:text/>
              </w:sdtPr>
              <w:sdtEndPr/>
              <w:sdtContent>
                <w:r w:rsidR="00EC512D">
                  <w:rPr>
                    <w:color w:val="777777"/>
                  </w:rPr>
                  <w:t>Select here to enter text</w:t>
                </w:r>
              </w:sdtContent>
            </w:sdt>
          </w:p>
        </w:tc>
      </w:tr>
      <w:tr w:rsidR="009A5796" w14:paraId="3FD0A20A" w14:textId="77777777" w:rsidTr="2F2A9812">
        <w:trPr>
          <w:jc w:val="center"/>
        </w:trPr>
        <w:tc>
          <w:tcPr>
            <w:tcW w:w="2835" w:type="dxa"/>
            <w:shd w:val="clear" w:color="auto" w:fill="D9EA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42B66A" w14:textId="77777777" w:rsidR="009A5796" w:rsidRDefault="00EC512D">
            <w:r>
              <w:rPr>
                <w:b/>
                <w:sz w:val="19"/>
              </w:rPr>
              <w:t>Site address</w:t>
            </w:r>
          </w:p>
        </w:tc>
        <w:tc>
          <w:tcPr>
            <w:tcW w:w="62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FE3683" w14:textId="77777777" w:rsidR="009A5796" w:rsidRDefault="00EC7ACC">
            <w:sdt>
              <w:sdtPr>
                <w:alias w:val="header_2"/>
                <w:tag w:val="header_2"/>
                <w:id w:val="69600094"/>
                <w:text/>
              </w:sdtPr>
              <w:sdtEndPr/>
              <w:sdtContent>
                <w:r w:rsidR="00EC512D">
                  <w:rPr>
                    <w:color w:val="777777"/>
                  </w:rPr>
                  <w:t>Select here to enter text</w:t>
                </w:r>
              </w:sdtContent>
            </w:sdt>
          </w:p>
        </w:tc>
      </w:tr>
      <w:tr w:rsidR="009A5796" w14:paraId="7242D016" w14:textId="77777777" w:rsidTr="2F2A9812">
        <w:trPr>
          <w:jc w:val="center"/>
        </w:trPr>
        <w:tc>
          <w:tcPr>
            <w:tcW w:w="2835" w:type="dxa"/>
            <w:shd w:val="clear" w:color="auto" w:fill="D9EA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7B8AAE" w14:textId="77777777" w:rsidR="009A5796" w:rsidRDefault="00EC512D">
            <w:r>
              <w:rPr>
                <w:b/>
                <w:sz w:val="19"/>
              </w:rPr>
              <w:t>Named client (name)</w:t>
            </w:r>
          </w:p>
        </w:tc>
        <w:tc>
          <w:tcPr>
            <w:tcW w:w="62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1FD05B1" w14:textId="77777777" w:rsidR="009A5796" w:rsidRDefault="00EC7ACC">
            <w:sdt>
              <w:sdtPr>
                <w:alias w:val="header_3"/>
                <w:tag w:val="header_3"/>
                <w:id w:val="156300834"/>
                <w:text/>
              </w:sdtPr>
              <w:sdtEndPr/>
              <w:sdtContent>
                <w:r w:rsidR="00EC512D">
                  <w:rPr>
                    <w:color w:val="777777"/>
                  </w:rPr>
                  <w:t>Select here to enter text</w:t>
                </w:r>
              </w:sdtContent>
            </w:sdt>
          </w:p>
        </w:tc>
      </w:tr>
      <w:tr w:rsidR="009A5796" w14:paraId="2B1D57DE" w14:textId="77777777" w:rsidTr="2F2A9812">
        <w:trPr>
          <w:jc w:val="center"/>
        </w:trPr>
        <w:tc>
          <w:tcPr>
            <w:tcW w:w="2835" w:type="dxa"/>
            <w:shd w:val="clear" w:color="auto" w:fill="D9EA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AFC0DB" w14:textId="77777777" w:rsidR="009A5796" w:rsidRDefault="00EC512D">
            <w:r>
              <w:rPr>
                <w:b/>
                <w:sz w:val="19"/>
              </w:rPr>
              <w:t>Named client contact (address / phone / email)</w:t>
            </w:r>
          </w:p>
        </w:tc>
        <w:tc>
          <w:tcPr>
            <w:tcW w:w="62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59C658" w14:textId="77777777" w:rsidR="009A5796" w:rsidRDefault="00EC7ACC">
            <w:sdt>
              <w:sdtPr>
                <w:alias w:val="header_4"/>
                <w:tag w:val="header_4"/>
                <w:id w:val="163435556"/>
                <w:text/>
              </w:sdtPr>
              <w:sdtEndPr/>
              <w:sdtContent>
                <w:r w:rsidR="00EC512D">
                  <w:rPr>
                    <w:color w:val="777777"/>
                  </w:rPr>
                  <w:t>Select here to enter text</w:t>
                </w:r>
              </w:sdtContent>
            </w:sdt>
          </w:p>
        </w:tc>
      </w:tr>
    </w:tbl>
    <w:p w14:paraId="03AFBAFF" w14:textId="77777777" w:rsidR="009A5796" w:rsidRDefault="00EC512D">
      <w:pPr>
        <w:pStyle w:val="Heading2"/>
        <w:spacing w:before="180" w:after="80"/>
      </w:pPr>
      <w:r>
        <w:t>A1. Statement: planning permission required / Planning Act 2008 section 33</w:t>
      </w:r>
    </w:p>
    <w:p w14:paraId="0192DC22" w14:textId="77777777" w:rsidR="009A5796" w:rsidRDefault="00EC7ACC">
      <w:sdt>
        <w:sdtPr>
          <w:alias w:val="a1_0"/>
          <w:tag w:val="a1_0"/>
          <w:id w:val="1690230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12D">
            <w:t>☐</w:t>
          </w:r>
        </w:sdtContent>
      </w:sdt>
      <w:r w:rsidR="00EC512D">
        <w:t xml:space="preserve"> Planning permission is required for the development.</w:t>
      </w:r>
    </w:p>
    <w:p w14:paraId="07CCE407" w14:textId="77777777" w:rsidR="009A5796" w:rsidRDefault="00EC7ACC">
      <w:sdt>
        <w:sdtPr>
          <w:alias w:val="a1_1"/>
          <w:tag w:val="a1_1"/>
          <w:id w:val="1246011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12D">
            <w:t>☐</w:t>
          </w:r>
        </w:sdtContent>
      </w:sdt>
      <w:r w:rsidR="00EC512D">
        <w:t xml:space="preserve"> Section 33 of the Planning Act 2008 applies to the development (development consent regime).</w:t>
      </w:r>
    </w:p>
    <w:p w14:paraId="268B5665" w14:textId="77777777" w:rsidR="009A5796" w:rsidRDefault="00EC512D">
      <w:pPr>
        <w:pStyle w:val="Heading2"/>
        <w:spacing w:before="180" w:after="80"/>
      </w:pPr>
      <w:r>
        <w:t>A2. If planning permission is required: select one statement and provide identifiers</w:t>
      </w:r>
    </w:p>
    <w:p w14:paraId="301C65E1" w14:textId="77777777" w:rsidR="009A5796" w:rsidRDefault="00EC7ACC">
      <w:sdt>
        <w:sdtPr>
          <w:alias w:val="a2_0"/>
          <w:tag w:val="a2_0"/>
          <w:id w:val="1875292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12D">
            <w:t>☐</w:t>
          </w:r>
        </w:sdtContent>
      </w:sdt>
      <w:r w:rsidR="00EC512D">
        <w:t xml:space="preserve"> Planning permission has been granted (provide permission reference and LPA).</w:t>
      </w:r>
    </w:p>
    <w:p w14:paraId="27DC0D28" w14:textId="77777777" w:rsidR="009A5796" w:rsidRDefault="00EC7ACC">
      <w:sdt>
        <w:sdtPr>
          <w:alias w:val="a2_1"/>
          <w:tag w:val="a2_1"/>
          <w:id w:val="1529611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12D">
            <w:t>☐</w:t>
          </w:r>
        </w:sdtContent>
      </w:sdt>
      <w:r w:rsidR="00EC512D">
        <w:t xml:space="preserve"> Planning application has been made but not yet determined (provide application reference and LPA).</w:t>
      </w:r>
    </w:p>
    <w:p w14:paraId="21762427" w14:textId="77777777" w:rsidR="009A5796" w:rsidRDefault="00EC7ACC">
      <w:sdt>
        <w:sdtPr>
          <w:alias w:val="a2_2"/>
          <w:tag w:val="a2_2"/>
          <w:id w:val="380102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12D">
            <w:t>☐</w:t>
          </w:r>
        </w:sdtContent>
      </w:sdt>
      <w:r w:rsidR="00EC512D">
        <w:t xml:space="preserve"> Planning </w:t>
      </w:r>
      <w:proofErr w:type="gramStart"/>
      <w:r w:rsidR="00EC512D">
        <w:t>application has</w:t>
      </w:r>
      <w:proofErr w:type="gramEnd"/>
      <w:r w:rsidR="00EC512D">
        <w:t xml:space="preserve"> not yet been made.</w:t>
      </w:r>
    </w:p>
    <w:p w14:paraId="4DC2E708" w14:textId="77777777" w:rsidR="009A5796" w:rsidRDefault="00EC7ACC">
      <w:sdt>
        <w:sdtPr>
          <w:alias w:val="a2_3"/>
          <w:tag w:val="a2_3"/>
          <w:id w:val="2046935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12D">
            <w:t>☐</w:t>
          </w:r>
        </w:sdtContent>
      </w:sdt>
      <w:r w:rsidR="00EC512D">
        <w:t xml:space="preserve"> Planning permission is subject to prior </w:t>
      </w:r>
      <w:proofErr w:type="gramStart"/>
      <w:r w:rsidR="00EC512D">
        <w:t>approval</w:t>
      </w:r>
      <w:proofErr w:type="gramEnd"/>
      <w:r w:rsidR="00EC512D">
        <w:t xml:space="preserve"> and the prior approval requirement is satisfied (identify prior approval and how satisfied).</w:t>
      </w:r>
    </w:p>
    <w:p w14:paraId="5103C86E" w14:textId="77777777" w:rsidR="009A5796" w:rsidRDefault="00EC7ACC">
      <w:sdt>
        <w:sdtPr>
          <w:alias w:val="a2_4"/>
          <w:tag w:val="a2_4"/>
          <w:id w:val="954658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12D">
            <w:t>☐</w:t>
          </w:r>
        </w:sdtContent>
      </w:sdt>
      <w:r w:rsidR="00EC512D">
        <w:t xml:space="preserve"> Planning permission is subject to prior </w:t>
      </w:r>
      <w:proofErr w:type="gramStart"/>
      <w:r w:rsidR="00EC512D">
        <w:t>approval</w:t>
      </w:r>
      <w:proofErr w:type="gramEnd"/>
      <w:r w:rsidR="00EC512D">
        <w:t xml:space="preserve"> and a prior approval application has been made but the requirement is not yet satisfied (identify application).</w:t>
      </w:r>
    </w:p>
    <w:p w14:paraId="5D30DA06" w14:textId="77777777" w:rsidR="009A5796" w:rsidRDefault="00EC7ACC">
      <w:sdt>
        <w:sdtPr>
          <w:alias w:val="a2_5"/>
          <w:tag w:val="a2_5"/>
          <w:id w:val="2111215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12D">
            <w:t>☐</w:t>
          </w:r>
        </w:sdtContent>
      </w:sdt>
      <w:r w:rsidR="00EC512D">
        <w:t xml:space="preserve"> Planning permission is subject to prior </w:t>
      </w:r>
      <w:proofErr w:type="gramStart"/>
      <w:r w:rsidR="00EC512D">
        <w:t>approval</w:t>
      </w:r>
      <w:proofErr w:type="gramEnd"/>
      <w:r w:rsidR="00EC512D">
        <w:t xml:space="preserve"> and a prior approval application has not yet been made.</w:t>
      </w:r>
    </w:p>
    <w:p w14:paraId="4A3D04F9" w14:textId="77777777" w:rsidR="009A5796" w:rsidRDefault="00EC512D">
      <w:r>
        <w:rPr>
          <w:b/>
        </w:rPr>
        <w:t xml:space="preserve">Identifiers / references (permission, application, prior approval, phases, dates): </w:t>
      </w:r>
      <w:sdt>
        <w:sdtPr>
          <w:alias w:val="a2_identifiers"/>
          <w:tag w:val="a2_identifiers"/>
          <w:id w:val="1657015174"/>
          <w:text/>
        </w:sdtPr>
        <w:sdtEndPr/>
        <w:sdtContent>
          <w:r>
            <w:rPr>
              <w:color w:val="777777"/>
            </w:rPr>
            <w:t>Select here to enter text</w:t>
          </w:r>
        </w:sdtContent>
      </w:sdt>
    </w:p>
    <w:p w14:paraId="643BEB98" w14:textId="77777777" w:rsidR="009A5796" w:rsidRDefault="00EC512D">
      <w:pPr>
        <w:pStyle w:val="Heading2"/>
        <w:spacing w:before="180" w:after="80"/>
      </w:pPr>
      <w:r>
        <w:lastRenderedPageBreak/>
        <w:t>A3. Major residential development statement</w:t>
      </w:r>
    </w:p>
    <w:p w14:paraId="5021BD85" w14:textId="77777777" w:rsidR="009A5796" w:rsidRDefault="00EC7ACC">
      <w:sdt>
        <w:sdtPr>
          <w:alias w:val="a3_0"/>
          <w:tag w:val="a3_0"/>
          <w:id w:val="1053252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12D">
            <w:t>☐</w:t>
          </w:r>
        </w:sdtContent>
      </w:sdt>
      <w:r w:rsidR="00EC512D">
        <w:t xml:space="preserve"> The building work is, or is anticipated to be, major residential development.</w:t>
      </w:r>
    </w:p>
    <w:p w14:paraId="34CB8C1B" w14:textId="77777777" w:rsidR="009A5796" w:rsidRDefault="00EC7ACC">
      <w:sdt>
        <w:sdtPr>
          <w:alias w:val="a3_1"/>
          <w:tag w:val="a3_1"/>
          <w:id w:val="769848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12D">
            <w:t>☐</w:t>
          </w:r>
        </w:sdtContent>
      </w:sdt>
      <w:r w:rsidR="00EC512D">
        <w:t xml:space="preserve"> The building work is part of a wider development which is, or is anticipated to be, major residential development.</w:t>
      </w:r>
    </w:p>
    <w:p w14:paraId="7ED7D564" w14:textId="77777777" w:rsidR="009A5796" w:rsidRDefault="00EC7ACC">
      <w:sdt>
        <w:sdtPr>
          <w:alias w:val="a3_2"/>
          <w:tag w:val="a3_2"/>
          <w:id w:val="449007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512D">
            <w:t>☐</w:t>
          </w:r>
        </w:sdtContent>
      </w:sdt>
      <w:r w:rsidR="00EC512D">
        <w:t xml:space="preserve"> The building work is not anticipated to be major residential development.</w:t>
      </w:r>
    </w:p>
    <w:p w14:paraId="1EC30706" w14:textId="77777777" w:rsidR="009A5796" w:rsidRDefault="00EC512D">
      <w:pPr>
        <w:pStyle w:val="Heading2"/>
        <w:spacing w:before="180" w:after="80"/>
      </w:pPr>
      <w:r>
        <w:t>A4. Counts to be provided by the building work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237"/>
      </w:tblGrid>
      <w:tr w:rsidR="009A5796" w14:paraId="4EC6CA15" w14:textId="77777777">
        <w:trPr>
          <w:jc w:val="center"/>
        </w:trPr>
        <w:tc>
          <w:tcPr>
            <w:tcW w:w="2835" w:type="dxa"/>
            <w:shd w:val="clear" w:color="auto" w:fill="D9EA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71122F" w14:textId="77777777" w:rsidR="009A5796" w:rsidRDefault="00EC512D">
            <w:r>
              <w:rPr>
                <w:b/>
                <w:sz w:val="19"/>
              </w:rPr>
              <w:t>Number of dwellings to be provided</w:t>
            </w:r>
          </w:p>
        </w:tc>
        <w:tc>
          <w:tcPr>
            <w:tcW w:w="62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5D77D" w14:textId="77777777" w:rsidR="009A5796" w:rsidRDefault="00EC7ACC">
            <w:sdt>
              <w:sdtPr>
                <w:alias w:val="field_0_Number of dw"/>
                <w:tag w:val="field_0_Number of dw"/>
                <w:id w:val="1154597528"/>
                <w:text/>
              </w:sdtPr>
              <w:sdtEndPr/>
              <w:sdtContent>
                <w:r w:rsidR="00EC512D">
                  <w:rPr>
                    <w:color w:val="777777"/>
                  </w:rPr>
                  <w:t>Select here to enter text</w:t>
                </w:r>
              </w:sdtContent>
            </w:sdt>
          </w:p>
        </w:tc>
      </w:tr>
      <w:tr w:rsidR="009A5796" w14:paraId="5AB0A27A" w14:textId="77777777">
        <w:trPr>
          <w:jc w:val="center"/>
        </w:trPr>
        <w:tc>
          <w:tcPr>
            <w:tcW w:w="2835" w:type="dxa"/>
            <w:shd w:val="clear" w:color="auto" w:fill="D9EA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F8DC28" w14:textId="77777777" w:rsidR="009A5796" w:rsidRDefault="00EC512D">
            <w:r>
              <w:rPr>
                <w:b/>
                <w:sz w:val="19"/>
              </w:rPr>
              <w:t>Number of PBSA bedspaces to be provided (if applicable)</w:t>
            </w:r>
          </w:p>
        </w:tc>
        <w:tc>
          <w:tcPr>
            <w:tcW w:w="623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A3B26D" w14:textId="77777777" w:rsidR="009A5796" w:rsidRDefault="00EC7ACC">
            <w:sdt>
              <w:sdtPr>
                <w:alias w:val="field_1_Number of PB"/>
                <w:tag w:val="field_1_Number of PB"/>
                <w:id w:val="634938537"/>
                <w:text/>
              </w:sdtPr>
              <w:sdtEndPr/>
              <w:sdtContent>
                <w:r w:rsidR="00EC512D">
                  <w:rPr>
                    <w:color w:val="777777"/>
                  </w:rPr>
                  <w:t>Select here to enter text</w:t>
                </w:r>
              </w:sdtContent>
            </w:sdt>
          </w:p>
        </w:tc>
      </w:tr>
    </w:tbl>
    <w:p w14:paraId="687AF293" w14:textId="77777777" w:rsidR="009A5796" w:rsidRDefault="00EC512D">
      <w:pPr>
        <w:pStyle w:val="Heading2"/>
        <w:spacing w:before="180" w:after="80"/>
      </w:pPr>
      <w:r>
        <w:t>A5. Local authority area(s) where regulator is building control authority (section 91ZB only)</w:t>
      </w:r>
    </w:p>
    <w:p w14:paraId="32E37315" w14:textId="77777777" w:rsidR="009A5796" w:rsidRDefault="00EC512D">
      <w:pPr>
        <w:spacing w:after="80"/>
      </w:pPr>
      <w:r>
        <w:t>Complete if the regulator is the building control authority: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3397"/>
        <w:gridCol w:w="3396"/>
      </w:tblGrid>
      <w:tr w:rsidR="009A5796" w14:paraId="02241046" w14:textId="77777777">
        <w:trPr>
          <w:jc w:val="center"/>
        </w:trPr>
        <w:tc>
          <w:tcPr>
            <w:tcW w:w="3400" w:type="dxa"/>
            <w:shd w:val="clear" w:color="auto" w:fill="D9EA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6C5E30" w14:textId="77777777" w:rsidR="009A5796" w:rsidRDefault="00EC512D">
            <w:r>
              <w:rPr>
                <w:b/>
              </w:rPr>
              <w:t>Building / block</w:t>
            </w:r>
          </w:p>
        </w:tc>
        <w:tc>
          <w:tcPr>
            <w:tcW w:w="3400" w:type="dxa"/>
            <w:shd w:val="clear" w:color="auto" w:fill="D9EA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60E302" w14:textId="77777777" w:rsidR="009A5796" w:rsidRDefault="00EC512D">
            <w:r>
              <w:rPr>
                <w:b/>
              </w:rPr>
              <w:t>Local authority area</w:t>
            </w:r>
          </w:p>
        </w:tc>
        <w:tc>
          <w:tcPr>
            <w:tcW w:w="3400" w:type="dxa"/>
            <w:shd w:val="clear" w:color="auto" w:fill="D9EAF2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546E3C" w14:textId="77777777" w:rsidR="009A5796" w:rsidRDefault="00EC512D">
            <w:r>
              <w:rPr>
                <w:b/>
              </w:rPr>
              <w:t>Notes</w:t>
            </w:r>
          </w:p>
        </w:tc>
      </w:tr>
      <w:tr w:rsidR="009A5796" w14:paraId="117BCF61" w14:textId="77777777">
        <w:trPr>
          <w:jc w:val="center"/>
        </w:trPr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AADE00" w14:textId="77777777" w:rsidR="009A5796" w:rsidRDefault="00EC7ACC">
            <w:sdt>
              <w:sdtPr>
                <w:alias w:val="a5_0"/>
                <w:tag w:val="a5_0"/>
                <w:id w:val="541727713"/>
                <w:text/>
              </w:sdtPr>
              <w:sdtEndPr/>
              <w:sdtContent>
                <w:r w:rsidR="00EC512D">
                  <w:rPr>
                    <w:color w:val="777777"/>
                  </w:rPr>
                  <w:t>Enter details</w:t>
                </w:r>
              </w:sdtContent>
            </w:sdt>
          </w:p>
        </w:tc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39FEF8" w14:textId="77777777" w:rsidR="009A5796" w:rsidRDefault="00EC7ACC">
            <w:sdt>
              <w:sdtPr>
                <w:alias w:val="a5_1"/>
                <w:tag w:val="a5_1"/>
                <w:id w:val="2009671282"/>
                <w:text/>
              </w:sdtPr>
              <w:sdtEndPr/>
              <w:sdtContent>
                <w:r w:rsidR="00EC512D">
                  <w:rPr>
                    <w:color w:val="777777"/>
                  </w:rPr>
                  <w:t>Enter details</w:t>
                </w:r>
              </w:sdtContent>
            </w:sdt>
          </w:p>
        </w:tc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468445" w14:textId="77777777" w:rsidR="009A5796" w:rsidRDefault="00EC7ACC">
            <w:sdt>
              <w:sdtPr>
                <w:alias w:val="a5_2"/>
                <w:tag w:val="a5_2"/>
                <w:id w:val="1321219007"/>
                <w:text/>
              </w:sdtPr>
              <w:sdtEndPr/>
              <w:sdtContent>
                <w:r w:rsidR="00EC512D">
                  <w:rPr>
                    <w:color w:val="777777"/>
                  </w:rPr>
                  <w:t>Enter details</w:t>
                </w:r>
              </w:sdtContent>
            </w:sdt>
          </w:p>
        </w:tc>
      </w:tr>
    </w:tbl>
    <w:p w14:paraId="413E9707" w14:textId="77777777" w:rsidR="009A5796" w:rsidRDefault="00EC512D">
      <w:pPr>
        <w:pStyle w:val="Heading2"/>
        <w:spacing w:before="180" w:after="80"/>
      </w:pPr>
      <w:r>
        <w:t>A6. Previous levy determination notices (updated applications only)</w:t>
      </w:r>
    </w:p>
    <w:p w14:paraId="67A3D090" w14:textId="77777777" w:rsidR="009A5796" w:rsidRDefault="00EC512D">
      <w:r>
        <w:t>Provide details of any levy determination notice already given in respect of the original or updated application, if applicable: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2548"/>
        <w:gridCol w:w="2547"/>
        <w:gridCol w:w="2548"/>
      </w:tblGrid>
      <w:tr w:rsidR="009A5796" w14:paraId="586BA96F" w14:textId="77777777">
        <w:trPr>
          <w:jc w:val="center"/>
        </w:trPr>
        <w:tc>
          <w:tcPr>
            <w:tcW w:w="2550" w:type="dxa"/>
            <w:shd w:val="clear" w:color="auto" w:fill="D9EAF2"/>
          </w:tcPr>
          <w:p w14:paraId="4ADF8C3C" w14:textId="77777777" w:rsidR="009A5796" w:rsidRDefault="00EC512D">
            <w:r>
              <w:rPr>
                <w:b/>
                <w:sz w:val="18"/>
              </w:rPr>
              <w:t>Notice type (LLN / NNC)</w:t>
            </w:r>
          </w:p>
        </w:tc>
        <w:tc>
          <w:tcPr>
            <w:tcW w:w="2550" w:type="dxa"/>
            <w:shd w:val="clear" w:color="auto" w:fill="D9EAF2"/>
          </w:tcPr>
          <w:p w14:paraId="6F3B69C3" w14:textId="77777777" w:rsidR="009A5796" w:rsidRDefault="00EC512D">
            <w:r>
              <w:rPr>
                <w:b/>
                <w:sz w:val="18"/>
              </w:rPr>
              <w:t>Reference</w:t>
            </w:r>
          </w:p>
        </w:tc>
        <w:tc>
          <w:tcPr>
            <w:tcW w:w="2550" w:type="dxa"/>
            <w:shd w:val="clear" w:color="auto" w:fill="D9EAF2"/>
          </w:tcPr>
          <w:p w14:paraId="4B9CC0B7" w14:textId="77777777" w:rsidR="009A5796" w:rsidRDefault="00EC512D">
            <w:r>
              <w:rPr>
                <w:b/>
                <w:sz w:val="18"/>
              </w:rPr>
              <w:t>Date given</w:t>
            </w:r>
          </w:p>
        </w:tc>
        <w:tc>
          <w:tcPr>
            <w:tcW w:w="2550" w:type="dxa"/>
            <w:shd w:val="clear" w:color="auto" w:fill="D9EAF2"/>
          </w:tcPr>
          <w:p w14:paraId="127C774B" w14:textId="77777777" w:rsidR="009A5796" w:rsidRDefault="00EC512D">
            <w:r>
              <w:rPr>
                <w:b/>
                <w:sz w:val="18"/>
              </w:rPr>
              <w:t xml:space="preserve">Notes (cancelled? / </w:t>
            </w:r>
            <w:proofErr w:type="gramStart"/>
            <w:r>
              <w:rPr>
                <w:b/>
                <w:sz w:val="18"/>
              </w:rPr>
              <w:t>superseded</w:t>
            </w:r>
            <w:proofErr w:type="gramEnd"/>
            <w:r>
              <w:rPr>
                <w:b/>
                <w:sz w:val="18"/>
              </w:rPr>
              <w:t>?)</w:t>
            </w:r>
          </w:p>
        </w:tc>
      </w:tr>
      <w:tr w:rsidR="009A5796" w14:paraId="73C9971A" w14:textId="77777777">
        <w:trPr>
          <w:jc w:val="center"/>
        </w:trPr>
        <w:tc>
          <w:tcPr>
            <w:tcW w:w="2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B8F988" w14:textId="77777777" w:rsidR="009A5796" w:rsidRDefault="00EC7ACC">
            <w:sdt>
              <w:sdtPr>
                <w:alias w:val="a6_1_0"/>
                <w:tag w:val="a6_1_0"/>
                <w:id w:val="1886110047"/>
                <w:text/>
              </w:sdtPr>
              <w:sdtEndPr/>
              <w:sdtContent>
                <w:r w:rsidR="00EC512D">
                  <w:rPr>
                    <w:color w:val="777777"/>
                  </w:rPr>
                  <w:t>Enter details</w:t>
                </w:r>
              </w:sdtContent>
            </w:sdt>
          </w:p>
        </w:tc>
        <w:tc>
          <w:tcPr>
            <w:tcW w:w="2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FDCDA3" w14:textId="77777777" w:rsidR="009A5796" w:rsidRDefault="00EC7ACC">
            <w:sdt>
              <w:sdtPr>
                <w:alias w:val="a6_1_1"/>
                <w:tag w:val="a6_1_1"/>
                <w:id w:val="1126521620"/>
                <w:text/>
              </w:sdtPr>
              <w:sdtEndPr/>
              <w:sdtContent>
                <w:r w:rsidR="00EC512D">
                  <w:rPr>
                    <w:color w:val="777777"/>
                  </w:rPr>
                  <w:t>Enter details</w:t>
                </w:r>
              </w:sdtContent>
            </w:sdt>
          </w:p>
        </w:tc>
        <w:tc>
          <w:tcPr>
            <w:tcW w:w="2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5A78B2" w14:textId="77777777" w:rsidR="009A5796" w:rsidRDefault="00EC7ACC">
            <w:sdt>
              <w:sdtPr>
                <w:alias w:val="a6_1_2"/>
                <w:tag w:val="a6_1_2"/>
                <w:id w:val="257202261"/>
                <w:text/>
              </w:sdtPr>
              <w:sdtEndPr/>
              <w:sdtContent>
                <w:r w:rsidR="00EC512D">
                  <w:rPr>
                    <w:color w:val="777777"/>
                  </w:rPr>
                  <w:t>Enter details</w:t>
                </w:r>
              </w:sdtContent>
            </w:sdt>
          </w:p>
        </w:tc>
        <w:tc>
          <w:tcPr>
            <w:tcW w:w="2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62AE33" w14:textId="77777777" w:rsidR="009A5796" w:rsidRDefault="00EC7ACC">
            <w:sdt>
              <w:sdtPr>
                <w:alias w:val="a6_1_3"/>
                <w:tag w:val="a6_1_3"/>
                <w:id w:val="975709293"/>
                <w:text/>
              </w:sdtPr>
              <w:sdtEndPr/>
              <w:sdtContent>
                <w:r w:rsidR="00EC512D">
                  <w:rPr>
                    <w:color w:val="777777"/>
                  </w:rPr>
                  <w:t>Enter details</w:t>
                </w:r>
              </w:sdtContent>
            </w:sdt>
          </w:p>
        </w:tc>
      </w:tr>
      <w:tr w:rsidR="009A5796" w14:paraId="7231F895" w14:textId="77777777">
        <w:trPr>
          <w:jc w:val="center"/>
        </w:trPr>
        <w:tc>
          <w:tcPr>
            <w:tcW w:w="2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53B627" w14:textId="77777777" w:rsidR="009A5796" w:rsidRDefault="00EC7ACC">
            <w:sdt>
              <w:sdtPr>
                <w:alias w:val="a6_2_0"/>
                <w:tag w:val="a6_2_0"/>
                <w:id w:val="1438213547"/>
                <w:text/>
              </w:sdtPr>
              <w:sdtEndPr/>
              <w:sdtContent>
                <w:r w:rsidR="00EC512D">
                  <w:rPr>
                    <w:color w:val="777777"/>
                  </w:rPr>
                  <w:t>Enter details</w:t>
                </w:r>
              </w:sdtContent>
            </w:sdt>
          </w:p>
        </w:tc>
        <w:tc>
          <w:tcPr>
            <w:tcW w:w="2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28AB31" w14:textId="77777777" w:rsidR="009A5796" w:rsidRDefault="00EC7ACC">
            <w:sdt>
              <w:sdtPr>
                <w:alias w:val="a6_2_1"/>
                <w:tag w:val="a6_2_1"/>
                <w:id w:val="1818334535"/>
                <w:text/>
              </w:sdtPr>
              <w:sdtEndPr/>
              <w:sdtContent>
                <w:r w:rsidR="00EC512D">
                  <w:rPr>
                    <w:color w:val="777777"/>
                  </w:rPr>
                  <w:t>Enter details</w:t>
                </w:r>
              </w:sdtContent>
            </w:sdt>
          </w:p>
        </w:tc>
        <w:tc>
          <w:tcPr>
            <w:tcW w:w="2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7D9E38" w14:textId="77777777" w:rsidR="009A5796" w:rsidRDefault="00EC7ACC">
            <w:sdt>
              <w:sdtPr>
                <w:alias w:val="a6_2_2"/>
                <w:tag w:val="a6_2_2"/>
                <w:id w:val="2100471979"/>
                <w:text/>
              </w:sdtPr>
              <w:sdtEndPr/>
              <w:sdtContent>
                <w:r w:rsidR="00EC512D">
                  <w:rPr>
                    <w:color w:val="777777"/>
                  </w:rPr>
                  <w:t>Enter details</w:t>
                </w:r>
              </w:sdtContent>
            </w:sdt>
          </w:p>
        </w:tc>
        <w:tc>
          <w:tcPr>
            <w:tcW w:w="25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034D72" w14:textId="77777777" w:rsidR="009A5796" w:rsidRDefault="00EC7ACC">
            <w:sdt>
              <w:sdtPr>
                <w:alias w:val="a6_2_3"/>
                <w:tag w:val="a6_2_3"/>
                <w:id w:val="600015975"/>
                <w:text/>
              </w:sdtPr>
              <w:sdtEndPr/>
              <w:sdtContent>
                <w:r w:rsidR="00EC512D">
                  <w:rPr>
                    <w:color w:val="777777"/>
                  </w:rPr>
                  <w:t>Enter details</w:t>
                </w:r>
              </w:sdtContent>
            </w:sdt>
          </w:p>
        </w:tc>
      </w:tr>
    </w:tbl>
    <w:p w14:paraId="672A6659" w14:textId="77777777" w:rsidR="009A5796" w:rsidRDefault="00EC512D">
      <w:r>
        <w:br w:type="page"/>
      </w:r>
    </w:p>
    <w:p w14:paraId="58E1C51C" w14:textId="77777777" w:rsidR="009A5796" w:rsidRDefault="00EC512D">
      <w:pPr>
        <w:pStyle w:val="Heading2"/>
        <w:spacing w:before="180" w:after="80"/>
      </w:pPr>
      <w:r>
        <w:lastRenderedPageBreak/>
        <w:t>A7. Declaration</w:t>
      </w:r>
    </w:p>
    <w:p w14:paraId="6116BCD5" w14:textId="77777777" w:rsidR="009A5796" w:rsidRDefault="00EC512D">
      <w:pPr>
        <w:spacing w:after="160"/>
      </w:pPr>
      <w:r>
        <w:rPr>
          <w:i/>
        </w:rPr>
        <w:t xml:space="preserve">This declaration must be completed by the named </w:t>
      </w:r>
      <w:proofErr w:type="gramStart"/>
      <w:r>
        <w:rPr>
          <w:i/>
        </w:rPr>
        <w:t>client</w:t>
      </w:r>
      <w:proofErr w:type="gramEnd"/>
      <w:r>
        <w:rPr>
          <w:i/>
        </w:rPr>
        <w:t xml:space="preserve"> or a person authorised to act on the named client's behalf.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22"/>
        <w:gridCol w:w="7308"/>
        <w:gridCol w:w="60"/>
      </w:tblGrid>
      <w:tr w:rsidR="009A5796" w14:paraId="42EBF09D" w14:textId="77777777">
        <w:trPr>
          <w:gridAfter w:val="1"/>
          <w:wAfter w:w="60" w:type="dxa"/>
          <w:jc w:val="center"/>
        </w:trPr>
        <w:tc>
          <w:tcPr>
            <w:tcW w:w="10200" w:type="dxa"/>
            <w:gridSpan w:val="2"/>
            <w:shd w:val="clear" w:color="auto" w:fill="F3F6F8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5BAB57B8" w14:textId="77777777" w:rsidR="009A5796" w:rsidRDefault="00EC512D">
            <w:pPr>
              <w:spacing w:after="120"/>
            </w:pPr>
            <w:r>
              <w:rPr>
                <w:b/>
                <w:color w:val="365F91"/>
                <w:sz w:val="22"/>
              </w:rPr>
              <w:t>Declaration</w:t>
            </w:r>
          </w:p>
          <w:p w14:paraId="224884C0" w14:textId="77777777" w:rsidR="009A5796" w:rsidRDefault="00EC7ACC">
            <w:sdt>
              <w:sdtPr>
                <w:alias w:val="declaration_2"/>
                <w:tag w:val="declaration_2"/>
                <w:id w:val="630829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12D">
                  <w:t>☐</w:t>
                </w:r>
              </w:sdtContent>
            </w:sdt>
            <w:r w:rsidR="00EC512D">
              <w:t xml:space="preserve"> I confirm that the information provided in this form is true, accurate and complete to the best of my knowledge and belief.</w:t>
            </w:r>
          </w:p>
          <w:p w14:paraId="27FACCD1" w14:textId="77777777" w:rsidR="009A5796" w:rsidRDefault="00EC7ACC">
            <w:sdt>
              <w:sdtPr>
                <w:alias w:val="declaration_3"/>
                <w:tag w:val="declaration_3"/>
                <w:id w:val="2001533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12D">
                  <w:t>☐</w:t>
                </w:r>
              </w:sdtContent>
            </w:sdt>
            <w:r w:rsidR="00EC512D">
              <w:t xml:space="preserve"> I confirm that I am the named client, or that I am authorised to submit this information on behalf of the named client.</w:t>
            </w:r>
          </w:p>
          <w:p w14:paraId="15313F13" w14:textId="77777777" w:rsidR="009A5796" w:rsidRDefault="00EC7ACC">
            <w:sdt>
              <w:sdtPr>
                <w:alias w:val="declaration_4"/>
                <w:tag w:val="declaration_4"/>
                <w:id w:val="2010610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512D">
                  <w:t>☐</w:t>
                </w:r>
              </w:sdtContent>
            </w:sdt>
            <w:r w:rsidR="00EC512D">
              <w:t xml:space="preserve"> I understand that the relevant authority may rely on the information in this form when administering the Building Safety Levy, and I will notify the authority promptly if any material information changes.</w:t>
            </w:r>
          </w:p>
        </w:tc>
      </w:tr>
      <w:tr w:rsidR="009A5796" w14:paraId="419F9763" w14:textId="77777777">
        <w:trPr>
          <w:jc w:val="center"/>
        </w:trPr>
        <w:tc>
          <w:tcPr>
            <w:tcW w:w="2835" w:type="dxa"/>
            <w:shd w:val="clear" w:color="auto" w:fill="D9EAF2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66C95A1A" w14:textId="77777777" w:rsidR="009A5796" w:rsidRDefault="00EC512D">
            <w:r>
              <w:rPr>
                <w:b/>
              </w:rPr>
              <w:t>Full name</w:t>
            </w:r>
          </w:p>
        </w:tc>
        <w:tc>
          <w:tcPr>
            <w:tcW w:w="6237" w:type="dxa"/>
            <w:gridSpan w:val="2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45E26037" w14:textId="77777777" w:rsidR="009A5796" w:rsidRDefault="00EC7ACC">
            <w:sdt>
              <w:sdtPr>
                <w:alias w:val="decl_full_name"/>
                <w:tag w:val="decl_full_name"/>
                <w:id w:val="699535884"/>
                <w:text/>
              </w:sdtPr>
              <w:sdtEndPr/>
              <w:sdtContent>
                <w:r w:rsidR="00EC512D">
                  <w:rPr>
                    <w:color w:val="777777"/>
                  </w:rPr>
                  <w:t>Select here to enter text</w:t>
                </w:r>
              </w:sdtContent>
            </w:sdt>
          </w:p>
        </w:tc>
      </w:tr>
      <w:tr w:rsidR="009A5796" w14:paraId="4FFDEA5A" w14:textId="77777777">
        <w:trPr>
          <w:jc w:val="center"/>
        </w:trPr>
        <w:tc>
          <w:tcPr>
            <w:tcW w:w="2835" w:type="dxa"/>
            <w:shd w:val="clear" w:color="auto" w:fill="D9EAF2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754C1182" w14:textId="77777777" w:rsidR="009A5796" w:rsidRDefault="00EC512D">
            <w:r>
              <w:rPr>
                <w:b/>
              </w:rPr>
              <w:t>Position / role</w:t>
            </w:r>
          </w:p>
        </w:tc>
        <w:tc>
          <w:tcPr>
            <w:tcW w:w="6237" w:type="dxa"/>
            <w:gridSpan w:val="2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7D90BF5D" w14:textId="77777777" w:rsidR="009A5796" w:rsidRDefault="00EC7ACC">
            <w:sdt>
              <w:sdtPr>
                <w:alias w:val="decl_position___role"/>
                <w:tag w:val="decl_position___role"/>
                <w:id w:val="1296357696"/>
                <w:text/>
              </w:sdtPr>
              <w:sdtEndPr/>
              <w:sdtContent>
                <w:r w:rsidR="00EC512D">
                  <w:rPr>
                    <w:color w:val="777777"/>
                  </w:rPr>
                  <w:t>Select here to enter text</w:t>
                </w:r>
              </w:sdtContent>
            </w:sdt>
          </w:p>
        </w:tc>
      </w:tr>
      <w:tr w:rsidR="009A5796" w14:paraId="066E7EB9" w14:textId="77777777">
        <w:trPr>
          <w:jc w:val="center"/>
        </w:trPr>
        <w:tc>
          <w:tcPr>
            <w:tcW w:w="2835" w:type="dxa"/>
            <w:shd w:val="clear" w:color="auto" w:fill="D9EAF2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563D366A" w14:textId="77777777" w:rsidR="009A5796" w:rsidRDefault="00EC512D">
            <w:r>
              <w:rPr>
                <w:b/>
              </w:rPr>
              <w:t>Organisation</w:t>
            </w:r>
          </w:p>
        </w:tc>
        <w:tc>
          <w:tcPr>
            <w:tcW w:w="6237" w:type="dxa"/>
            <w:gridSpan w:val="2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30DF0368" w14:textId="77777777" w:rsidR="009A5796" w:rsidRDefault="00EC7ACC">
            <w:sdt>
              <w:sdtPr>
                <w:alias w:val="decl_organisation"/>
                <w:tag w:val="decl_organisation"/>
                <w:id w:val="1564857098"/>
                <w:text/>
              </w:sdtPr>
              <w:sdtEndPr/>
              <w:sdtContent>
                <w:r w:rsidR="00EC512D">
                  <w:rPr>
                    <w:color w:val="777777"/>
                  </w:rPr>
                  <w:t>Select here to enter text</w:t>
                </w:r>
              </w:sdtContent>
            </w:sdt>
          </w:p>
        </w:tc>
      </w:tr>
      <w:tr w:rsidR="009A5796" w14:paraId="7083FF58" w14:textId="77777777">
        <w:trPr>
          <w:jc w:val="center"/>
        </w:trPr>
        <w:tc>
          <w:tcPr>
            <w:tcW w:w="2835" w:type="dxa"/>
            <w:shd w:val="clear" w:color="auto" w:fill="D9EAF2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4CCB031D" w14:textId="77777777" w:rsidR="009A5796" w:rsidRDefault="00EC512D">
            <w:r>
              <w:rPr>
                <w:b/>
              </w:rPr>
              <w:t>Signature</w:t>
            </w:r>
          </w:p>
        </w:tc>
        <w:tc>
          <w:tcPr>
            <w:tcW w:w="6237" w:type="dxa"/>
            <w:gridSpan w:val="2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535E0D7A" w14:textId="77777777" w:rsidR="009A5796" w:rsidRDefault="00EC7ACC">
            <w:sdt>
              <w:sdtPr>
                <w:alias w:val="decl_signature"/>
                <w:tag w:val="decl_signature"/>
                <w:id w:val="806784899"/>
                <w:text/>
              </w:sdtPr>
              <w:sdtEndPr/>
              <w:sdtContent>
                <w:r w:rsidR="00EC512D">
                  <w:rPr>
                    <w:color w:val="777777"/>
                  </w:rPr>
                  <w:t>Sign here or insert an electronic signature</w:t>
                </w:r>
              </w:sdtContent>
            </w:sdt>
          </w:p>
        </w:tc>
      </w:tr>
      <w:tr w:rsidR="009A5796" w14:paraId="6927CFAF" w14:textId="77777777">
        <w:trPr>
          <w:jc w:val="center"/>
        </w:trPr>
        <w:tc>
          <w:tcPr>
            <w:tcW w:w="2835" w:type="dxa"/>
            <w:shd w:val="clear" w:color="auto" w:fill="D9EAF2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491072FA" w14:textId="77777777" w:rsidR="009A5796" w:rsidRDefault="00EC512D">
            <w:r>
              <w:rPr>
                <w:b/>
              </w:rPr>
              <w:t>Date</w:t>
            </w:r>
          </w:p>
        </w:tc>
        <w:tc>
          <w:tcPr>
            <w:tcW w:w="6237" w:type="dxa"/>
            <w:gridSpan w:val="2"/>
            <w:tcMar>
              <w:top w:w="140" w:type="dxa"/>
              <w:left w:w="140" w:type="dxa"/>
              <w:bottom w:w="140" w:type="dxa"/>
              <w:right w:w="140" w:type="dxa"/>
            </w:tcMar>
            <w:vAlign w:val="center"/>
          </w:tcPr>
          <w:p w14:paraId="511AF41F" w14:textId="77777777" w:rsidR="009A5796" w:rsidRDefault="00EC7ACC">
            <w:sdt>
              <w:sdtPr>
                <w:alias w:val="decl_date"/>
                <w:tag w:val="decl_date"/>
                <w:id w:val="1135219928"/>
                <w:text/>
              </w:sdtPr>
              <w:sdtEndPr/>
              <w:sdtContent>
                <w:r w:rsidR="00EC512D">
                  <w:rPr>
                    <w:color w:val="777777"/>
                  </w:rPr>
                  <w:t>DD/MM/YYYY</w:t>
                </w:r>
              </w:sdtContent>
            </w:sdt>
          </w:p>
        </w:tc>
      </w:tr>
    </w:tbl>
    <w:p w14:paraId="6D844B40" w14:textId="77777777" w:rsidR="009A5796" w:rsidRDefault="00EC512D">
      <w:pPr>
        <w:spacing w:before="140"/>
      </w:pPr>
      <w:r>
        <w:rPr>
          <w:b/>
        </w:rPr>
        <w:t xml:space="preserve">Note: </w:t>
      </w:r>
      <w:r>
        <w:t xml:space="preserve">A typed name may be used where the form is submitted electronically, subject to </w:t>
      </w:r>
      <w:proofErr w:type="gramStart"/>
      <w:r>
        <w:t>the receiving</w:t>
      </w:r>
      <w:proofErr w:type="gramEnd"/>
      <w:r>
        <w:t xml:space="preserve"> authority's submission requirements.</w:t>
      </w:r>
    </w:p>
    <w:sectPr w:rsidR="009A5796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DC194" w14:textId="77777777" w:rsidR="00EC7ACC" w:rsidRDefault="00EC7ACC">
      <w:pPr>
        <w:spacing w:after="0" w:line="240" w:lineRule="auto"/>
      </w:pPr>
      <w:r>
        <w:separator/>
      </w:r>
    </w:p>
  </w:endnote>
  <w:endnote w:type="continuationSeparator" w:id="0">
    <w:p w14:paraId="65CCC092" w14:textId="77777777" w:rsidR="00EC7ACC" w:rsidRDefault="00EC7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4E5B8" w14:textId="77777777" w:rsidR="009A5796" w:rsidRDefault="00EC512D">
    <w:pPr>
      <w:pStyle w:val="Footer"/>
      <w:jc w:val="center"/>
    </w:pPr>
    <w:r>
      <w:rPr>
        <w:color w:val="646464"/>
        <w:sz w:val="16"/>
      </w:rPr>
      <w:t>Building Safety Levy Information Form - Application Stage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93EF1" w14:textId="77777777" w:rsidR="00EC7ACC" w:rsidRDefault="00EC7ACC">
      <w:pPr>
        <w:spacing w:after="0" w:line="240" w:lineRule="auto"/>
      </w:pPr>
      <w:r>
        <w:separator/>
      </w:r>
    </w:p>
  </w:footnote>
  <w:footnote w:type="continuationSeparator" w:id="0">
    <w:p w14:paraId="3C9F3F47" w14:textId="77777777" w:rsidR="00EC7ACC" w:rsidRDefault="00EC7A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6053114">
    <w:abstractNumId w:val="8"/>
  </w:num>
  <w:num w:numId="2" w16cid:durableId="2030520705">
    <w:abstractNumId w:val="6"/>
  </w:num>
  <w:num w:numId="3" w16cid:durableId="1233542135">
    <w:abstractNumId w:val="5"/>
  </w:num>
  <w:num w:numId="4" w16cid:durableId="480730436">
    <w:abstractNumId w:val="4"/>
  </w:num>
  <w:num w:numId="5" w16cid:durableId="548567852">
    <w:abstractNumId w:val="7"/>
  </w:num>
  <w:num w:numId="6" w16cid:durableId="58214314">
    <w:abstractNumId w:val="3"/>
  </w:num>
  <w:num w:numId="7" w16cid:durableId="117839995">
    <w:abstractNumId w:val="2"/>
  </w:num>
  <w:num w:numId="8" w16cid:durableId="807743501">
    <w:abstractNumId w:val="1"/>
  </w:num>
  <w:num w:numId="9" w16cid:durableId="1200244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3FE2"/>
    <w:rsid w:val="006F1DC5"/>
    <w:rsid w:val="009A5796"/>
    <w:rsid w:val="00AA1D8D"/>
    <w:rsid w:val="00B47730"/>
    <w:rsid w:val="00C36303"/>
    <w:rsid w:val="00CB0664"/>
    <w:rsid w:val="00EC512D"/>
    <w:rsid w:val="00EC7ACC"/>
    <w:rsid w:val="00FC693F"/>
    <w:rsid w:val="2F2A9812"/>
    <w:rsid w:val="37D2726D"/>
    <w:rsid w:val="41831C3F"/>
    <w:rsid w:val="5E02D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E09B167C-D13C-400E-B0F4-D58019B4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65F9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3219</Characters>
  <Application>Microsoft Office Word</Application>
  <DocSecurity>0</DocSecurity>
  <Lines>292</Lines>
  <Paragraphs>98</Paragraphs>
  <ScaleCrop>false</ScaleCrop>
  <Manager/>
  <Company/>
  <LinksUpToDate>false</LinksUpToDate>
  <CharactersWithSpaces>3662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Frazer, Christopher</dc:creator>
  <cp:keywords/>
  <dc:description>generated by python-docx</dc:description>
  <cp:lastModifiedBy>Frazer, Christopher</cp:lastModifiedBy>
  <cp:revision>2</cp:revision>
  <dcterms:created xsi:type="dcterms:W3CDTF">2026-09-23T10:46:00Z</dcterms:created>
  <dcterms:modified xsi:type="dcterms:W3CDTF">2026-09-23T10:46:00Z</dcterms:modified>
  <cp:category/>
</cp:coreProperties>
</file>